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📔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1864AB"/>
          <w:sz w:val="48"/>
          <w:rtl/>
          <w:szCs w:val="48"/>
          <w:bCs/>
        </w:rPr>
        <w:t>📔 יומן המסע שלי פנימה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שבעה ימים, שבע שאלות, הרבה שקט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שם: ____________________   כיתה: 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איך משתמשים ביומן?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בכל יום: דקה של שקט, שאלה אחת, כמה שורות או ציור.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אין תשובות נכונות. היומן שלכם – ושיתוף רק מרצון.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קודם את הקטע המתאים באתר "מסע פנימה".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💛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💛 הערה עדינה: הקטעים עוסקים בעולם הפנימי. אין תשובות נכונות או לא נכונות על רגשות, ושיתוף הוא תמיד מרצון – מותר לבחור "לעבור". אם משהו מעורר תחושה כבדה, אפשר ורצוי לפנות למבוגר או למבוגרת שסומכים עליהם – המחנך או המחנכת, היועצת או היועץ, או מישהו קרוב בבית.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🌧️ יום 1 – הגשם הראשון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קטע מומלץ: "החורף לא ממהר"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אני שומע/ת, רואה ומרגיש/ה כשיורד גשם?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🎨 מקום לציור או למילה אחת גדולה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🐢 יום 2 – האטה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קטע מומלץ: "הדובון שלא רצה לישון"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רגע אחד היום שבו האטתי. מה גיליתי?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🎨 מקום לציור או למילה אחת גדולה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🔦 יום 3 – הפנס שלי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קטע מומלץ: "פנס קטן"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מאיר לי כשקשה? זיכרון, אדם, מילה?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🎨 מקום לציור או למילה אחת גדולה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🗣️ יום 4 – הקול השקט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קטע מומלץ: "שני קולות"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הקול הטוב שבי היה אומר לי היום?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🎨 מקום לציור או למילה אחת גדולה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🌱 יום 5 – צומח בשקט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קטע מומלץ: "מתחת לאדמה"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קטן שהשתפר אצלי לאחרונה, גם אם איש לא ראה: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🎨 מקום לציור או למילה אחת גדולה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🔥 יום 6 – הגחלת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קטע מומלץ: "גחלת"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ממה אני מתלהב/ת? מה "נושף" עליי כוח?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🎨 מקום לציור או למילה אחת גדולה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✉️ יום 7 – מכתב קצר לעצמי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קטע מומלץ: "מכתב לעצמי"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הייתי רוצה לקרוא בחורף הבא?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🎨 מקום לציור או למילה אחת גדולה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🏮 מבט לאחור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גיליתי על עצמי השבוע?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איזה יום היה הכי משמעותי – ולמה?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ארצה לקחת איתי הלאה?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יומן המסע שלי פנימה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